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#8</w:t>
      </w:r>
    </w:p>
    <w:p>
      <w:r>
        <w:t>性別：女性</w:t>
      </w:r>
    </w:p>
    <w:p>
      <w:r>
        <w:t>年齡：32</w:t>
      </w:r>
    </w:p>
    <w:p>
      <w:r>
        <w:t>畢業學校：國立臺灣科技大學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