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#14</w:t>
      </w:r>
    </w:p>
    <w:p>
      <w:r>
        <w:t>性別：女性</w:t>
      </w:r>
    </w:p>
    <w:p>
      <w:r>
        <w:t>年齡：38</w:t>
      </w:r>
    </w:p>
    <w:p>
      <w:r>
        <w:t>畢業學校：國立成功大學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