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履歷 #5</w:t>
      </w:r>
    </w:p>
    <w:p>
      <w:r>
        <w:t>性別：男性</w:t>
      </w:r>
    </w:p>
    <w:p>
      <w:r>
        <w:t>年齡：29</w:t>
      </w:r>
    </w:p>
    <w:p>
      <w:r>
        <w:t>畢業學校：國立中央大學</w:t>
      </w:r>
    </w:p>
    <w:p>
      <w:pPr>
        <w:pStyle w:val="Heading2"/>
      </w:pPr>
      <w:r>
        <w:t>個人簡介</w:t>
      </w:r>
    </w:p>
    <w:p>
      <w:r>
        <w:t>具備科技產業相關背景，熟悉企業資訊系統運作與跨部門協作流程。能夠將需求轉化為實際技術解決方案，並持續優化系統效能與穩定度。</w:t>
      </w:r>
    </w:p>
    <w:p>
      <w:pPr>
        <w:pStyle w:val="Heading2"/>
      </w:pPr>
      <w:r>
        <w:t>工作經驗</w:t>
      </w:r>
    </w:p>
    <w:p>
      <w:r>
        <w:t>參與多項系統開發與維運專案，負責需求分析、系統設計、功能開發、測試與上線後維護。與產品、業務及其他技術團隊密切合作，確保專案如期完成。</w:t>
      </w:r>
    </w:p>
    <w:p>
      <w:pPr>
        <w:pStyle w:val="Heading2"/>
      </w:pPr>
      <w:r>
        <w:t>專業技能</w:t>
      </w:r>
    </w:p>
    <w:p>
      <w:r>
        <w:t>Python、SQL、雲端架構、系統設計、問題分析與溝通協調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